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Terugblik op je onderzoek</w:t>
      </w:r>
    </w:p>
    <w:p>
      <w:r>
        <w:t>Leg uit wat goed ging, wat beperkt was en hoe je het onderzoek zou kunnen verbeteren.</w:t>
      </w:r>
    </w:p>
    <w:p>
      <w:pPr>
        <w:pStyle w:val="Subtitle"/>
      </w:pPr>
      <w:r>
        <w:t>Hulp bij je eigen schoolopdracht</w:t>
      </w:r>
    </w:p>
    <w:p>
      <w:r>
        <w:t>Dit is een hulpmiddel voor vmbo, havo en vwo. Gebruik alleen de onderdelen die bij jouw opdracht passen. De instructies en criteria van je docent gaan altijd voor.</w:t>
      </w:r>
    </w:p>
    <w:p>
      <w:pPr>
        <w:pStyle w:val="Heading2"/>
      </w:pPr>
      <w:r>
        <w:t>Kijk naar je aanpak</w:t>
      </w:r>
    </w:p>
    <w:p>
      <w:r>
        <w:t>Beschrijf welke keuzes invloed kunnen hebben op het resultaat, zoals weinig metingen, één groep deelnemers of onduidelijke vragen. Leg uit wat dat voor je antwoord betekent.</w:t>
      </w:r>
    </w:p>
    <w:p>
      <w:pPr>
        <w:pStyle w:val="Heading2"/>
      </w:pPr>
      <w:r>
        <w:t>Vergelijk verwachtingen en uitkomsten</w:t>
      </w:r>
    </w:p>
    <w:p>
      <w:r>
        <w:t>Vertel of je vond wat je verwachtte. Noem mogelijke verklaringen als mogelijkheden, niet als bewezen feiten. Verbind je terugblik aan je bronnen en resultaten.</w:t>
      </w:r>
    </w:p>
    <w:p>
      <w:pPr>
        <w:pStyle w:val="Heading2"/>
      </w:pPr>
      <w:r>
        <w:t>Kies een gerichte verbetering</w:t>
      </w:r>
    </w:p>
    <w:p>
      <w:r>
        <w:t>Wat zou je bij een volgende poging anders doen en waarom? Een concrete verbetering is nuttiger dan alleen zeggen dat je meer tijd nodig had.</w:t>
      </w:r>
    </w:p>
    <w:p>
      <w:pPr>
        <w:pStyle w:val="Heading2"/>
      </w:pPr>
      <w:r>
        <w:t>Controleer je werk</w:t>
      </w:r>
    </w:p>
    <w:p>
      <w:r>
        <w:t>Benoem je de belangrijkste beperking eerlijk? Is duidelijk welke verbetering helpt en welke nieuwe vraag je zou willen onderzoeken?</w:t>
      </w:r>
    </w:p>
    <w:p>
      <w:r>
        <w:t>AI kan helpen met uitleg, ordenen of formuleren. Houd zelf de inhoud in de hand en volg de AI-afspraken op school.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AI Voor Leerlingen  |  Hulp bij je schoolverslag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F379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F379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80F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F379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5F379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Terugblik op je onderzoek</dc:title>
  <dc:subject/>
  <dc:creator>AI Voor Leerlingen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