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Onderzoeksaanpak</w:t>
      </w:r>
    </w:p>
    <w:p>
      <w:r>
        <w:t>Leg uit hoe je informatie verzamelt om jouw vraag te beantwoorden.</w:t>
      </w:r>
    </w:p>
    <w:p>
      <w:pPr>
        <w:pStyle w:val="Subtitle"/>
      </w:pPr>
      <w:r>
        <w:t>Hulp bij je eigen schoolopdracht</w:t>
      </w:r>
    </w:p>
    <w:p>
      <w:r>
        <w:t>Dit is een hulpmiddel voor vmbo, havo en vwo. Gebruik alleen de onderdelen die bij jouw opdracht passen. De instructies en criteria van je docent gaan altijd voor.</w:t>
      </w:r>
    </w:p>
    <w:p>
      <w:pPr>
        <w:pStyle w:val="Heading2"/>
      </w:pPr>
      <w:r>
        <w:t>Kies een passende manier</w:t>
      </w:r>
    </w:p>
    <w:p>
      <w:r>
        <w:t>Je kunt bijvoorbeeld bronnen vergelijken, meten, observeren, een proef uitvoeren of mensen vragen stellen. Kies wat jouw vraag nodig heeft en bespreek de aanpak met je docent.</w:t>
      </w:r>
    </w:p>
    <w:p>
      <w:pPr>
        <w:pStyle w:val="Heading2"/>
      </w:pPr>
      <w:r>
        <w:t>Beschrijf de stappen</w:t>
      </w:r>
    </w:p>
    <w:p>
      <w:r>
        <w:t>Vertel welk materiaal je gebruikt, welke stappen je zet en hoe je de uitkomsten gaat vergelijken. Noteer keuzes die iemand anders nodig heeft om te begrijpen wat je deed.</w:t>
      </w:r>
    </w:p>
    <w:p>
      <w:pPr>
        <w:pStyle w:val="Heading2"/>
      </w:pPr>
      <w:r>
        <w:t>Houd het zorgvuldig</w:t>
      </w:r>
    </w:p>
    <w:p>
      <w:r>
        <w:t>Vraag toestemming wanneer dat nodig is. Deel geen namen of persoonlijke verhalen in een chatbot zonder dat dit mag. Leg uit wat je aanpak wel en niet kan laten zien. Verzin geen deelnemers of metingen.</w:t>
      </w:r>
    </w:p>
    <w:p>
      <w:pPr>
        <w:pStyle w:val="Heading2"/>
      </w:pPr>
      <w:r>
        <w:t>Controleer je werk</w:t>
      </w:r>
    </w:p>
    <w:p>
      <w:r>
        <w:t>Past je aanpak bij je vraag? Kan een klasgenoot je stappen volgen? Staat er duidelijk wat gepland is en wat al echt is gedaan?</w:t>
      </w:r>
    </w:p>
    <w:p>
      <w:r>
        <w:t>AI kan helpen met uitleg, ordenen of formuleren. Houd zelf de inhoud in de hand en volg de AI-afspraken op school.</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 Voor Leerlingen  |  Hulp bij je schoolverslag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F379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F379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80F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F379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F379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Onderzoeksaanpak</dc:title>
  <dc:subject/>
  <dc:creator>AI Voor Leerlingen</dc:creator>
  <cp:keywords/>
  <dc:description>generated by python-docx</dc:description>
  <cp:lastModifiedBy/>
  <cp:revision>1</cp:revision>
  <dcterms:created xsi:type="dcterms:W3CDTF">2013-12-23T23:15:00Z</dcterms:created>
  <dcterms:modified xsi:type="dcterms:W3CDTF">2013-12-23T23:15:00Z</dcterms:modified>
  <cp:category/>
</cp:coreProperties>
</file>