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Inleiding</w:t>
      </w:r>
    </w:p>
    <w:p>
      <w:r>
        <w:t>Maak duidelijk waar jouw verslag over gaat en welke vraag je gaat beantwoorden.</w:t>
      </w:r>
    </w:p>
    <w:p>
      <w:pPr>
        <w:pStyle w:val="Subtitle"/>
      </w:pPr>
      <w:r>
        <w:t>Hulp bij je eigen schoolopdracht</w:t>
      </w:r>
    </w:p>
    <w:p>
      <w:r>
        <w:t>Dit is een hulpmiddel voor vmbo, havo en vwo. Gebruik alleen de onderdelen die bij jouw opdracht passen. De instructies en criteria van je docent gaan altijd voor.</w:t>
      </w:r>
    </w:p>
    <w:p>
      <w:pPr>
        <w:pStyle w:val="Heading2"/>
      </w:pPr>
      <w:r>
        <w:t>Begin bij je onderwerp</w:t>
      </w:r>
    </w:p>
    <w:p>
      <w:r>
        <w:t>Leg in gewone woorden uit waar je onderwerp over gaat. Geef alleen achtergrond die helpt om jouw vraag te begrijpen. Gebruik een bron voor een feit dat je niet zelf hebt vastgesteld.</w:t>
      </w:r>
    </w:p>
    <w:p>
      <w:pPr>
        <w:pStyle w:val="Heading2"/>
      </w:pPr>
      <w:r>
        <w:t>Kies een duidelijke vraag</w:t>
      </w:r>
    </w:p>
    <w:p>
      <w:r>
        <w:t>Schrijf één vraag op die je met deze opdracht kunt beantwoorden. Controleer of het onderwerp niet te breed is voor de beschikbare tijd en het materiaal. Deelvragen helpen alleen als ze samen de hoofdvraag beantwoorden.</w:t>
      </w:r>
    </w:p>
    <w:p>
      <w:pPr>
        <w:pStyle w:val="Heading2"/>
      </w:pPr>
      <w:r>
        <w:t>Vertel wat de lezer kan verwachten</w:t>
      </w:r>
    </w:p>
    <w:p>
      <w:r>
        <w:t>Beschrijf kort wat je hebt gedaan of gaat doen en hoe je verslag is opgebouwd. Schrijf een plan niet alsof je het onderzoek al hebt uitgevoerd.</w:t>
      </w:r>
    </w:p>
    <w:p>
      <w:pPr>
        <w:pStyle w:val="Heading2"/>
      </w:pPr>
      <w:r>
        <w:t>Controleer je werk</w:t>
      </w:r>
    </w:p>
    <w:p>
      <w:r>
        <w:t>Controleer of je onderwerp, vraag en aanpak bij elkaar passen. Kan iemand uit je klas na deze inleiding vertellen wat je wilt uitzoeken?</w:t>
      </w:r>
    </w:p>
    <w:p>
      <w:r>
        <w:t>AI kan helpen met uitleg, ordenen of formuleren. Houd zelf de inhoud in de hand en volg de AI-afspraken op school.</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 Voor Leerlingen  |  Hulp bij je schoolverslag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F379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F379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80F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F379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F379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Inleiding</dc:title>
  <dc:subject/>
  <dc:creator>AI Voor Leerlingen</dc:creator>
  <cp:keywords/>
  <dc:description>generated by python-docx</dc:description>
  <cp:lastModifiedBy/>
  <cp:revision>1</cp:revision>
  <dcterms:created xsi:type="dcterms:W3CDTF">2013-12-23T23:15:00Z</dcterms:created>
  <dcterms:modified xsi:type="dcterms:W3CDTF">2013-12-23T23:15:00Z</dcterms:modified>
  <cp:category/>
</cp:coreProperties>
</file>